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0ED6C" w14:textId="77777777" w:rsidR="00080B23" w:rsidRDefault="00000000">
      <w:pPr>
        <w:spacing w:after="80"/>
        <w:jc w:val="center"/>
      </w:pPr>
      <w:r>
        <w:rPr>
          <w:b/>
          <w:sz w:val="44"/>
        </w:rPr>
        <w:t>JEN BUCK</w:t>
      </w:r>
    </w:p>
    <w:p w14:paraId="4A210467" w14:textId="77777777" w:rsidR="00080B23" w:rsidRDefault="00000000">
      <w:pPr>
        <w:spacing w:after="360"/>
        <w:jc w:val="center"/>
      </w:pPr>
      <w:r>
        <w:rPr>
          <w:b/>
          <w:color w:val="464646"/>
          <w:sz w:val="20"/>
        </w:rPr>
        <w:t>OFFICIAL BIO</w:t>
      </w:r>
    </w:p>
    <w:p w14:paraId="4C288FCF" w14:textId="77777777" w:rsidR="00B103A5" w:rsidRDefault="00B103A5">
      <w:pPr>
        <w:spacing w:line="259" w:lineRule="auto"/>
      </w:pPr>
    </w:p>
    <w:p w14:paraId="6EEA941E" w14:textId="77777777" w:rsidR="00B103A5" w:rsidRDefault="00B103A5">
      <w:pPr>
        <w:spacing w:line="259" w:lineRule="auto"/>
      </w:pPr>
    </w:p>
    <w:p w14:paraId="6FB2B7C9" w14:textId="4B21E8BE" w:rsidR="00080B23" w:rsidRDefault="00000000">
      <w:pPr>
        <w:spacing w:line="259" w:lineRule="auto"/>
      </w:pPr>
      <w:r>
        <w:t>Jen Buck is an award-winning keynote speaker, bestselling author, and creator of Leadership for Modern Humans, a leadership philosophy built around one defining reality: people have changed faster than leadership has.</w:t>
      </w:r>
    </w:p>
    <w:p w14:paraId="3641938E" w14:textId="77777777" w:rsidR="00080B23" w:rsidRDefault="00000000">
      <w:pPr>
        <w:spacing w:line="259" w:lineRule="auto"/>
      </w:pPr>
      <w:r>
        <w:t>For more than 28 years, Jen has delivered over 10,000 presentations to more than one million people worldwide, combining neuroscience, human behavior, storytelling, humor, music, and audience participation to create leadership experiences people don't simply hear - they feel.</w:t>
      </w:r>
    </w:p>
    <w:p w14:paraId="0CC679E4" w14:textId="095B15B2" w:rsidR="00080B23" w:rsidRDefault="00000000">
      <w:pPr>
        <w:spacing w:line="259" w:lineRule="auto"/>
      </w:pPr>
      <w:r>
        <w:t>Before taking the keynote stage, Jen spent a decade helping launch Discover Card during its high-growth</w:t>
      </w:r>
      <w:r w:rsidR="00B103A5">
        <w:t xml:space="preserve"> startup</w:t>
      </w:r>
      <w:r>
        <w:t xml:space="preserve"> years as a Leadership Development Trainer. She later served as a Chief Operating Officer, Chief Communications Officer, Chief of Staff, and nonprofit founder, giving her firsthand experience leading people through growth, uncertainty, reinvention, and change.</w:t>
      </w:r>
    </w:p>
    <w:p w14:paraId="353EE85C" w14:textId="77777777" w:rsidR="00080B23" w:rsidRDefault="00000000">
      <w:pPr>
        <w:spacing w:line="259" w:lineRule="auto"/>
      </w:pPr>
      <w:r>
        <w:t>Recognized with the 2026 Smart Meetings Smart Speaker Award, named one of the Top 100 Speakers to Watch in 2024 and 2025, and the author or contributing author of 10 books, including five bestsellers and an award-winning title, Jen helps leaders create trust, strengthen culture, inspire ownership, and build the kind of leadership modern humans actually want to follow.</w:t>
      </w:r>
    </w:p>
    <w:sectPr w:rsidR="00080B23" w:rsidSect="00034616">
      <w:footerReference w:type="default" r:id="rId8"/>
      <w:pgSz w:w="12240" w:h="15840"/>
      <w:pgMar w:top="1080" w:right="1296" w:bottom="1152" w:left="1296"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4C550" w14:textId="77777777" w:rsidR="00F02AC4" w:rsidRDefault="00F02AC4">
      <w:pPr>
        <w:spacing w:after="0" w:line="240" w:lineRule="auto"/>
      </w:pPr>
      <w:r>
        <w:separator/>
      </w:r>
    </w:p>
  </w:endnote>
  <w:endnote w:type="continuationSeparator" w:id="0">
    <w:p w14:paraId="436EF15A" w14:textId="77777777" w:rsidR="00F02AC4" w:rsidRDefault="00F0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1C73" w14:textId="21612163" w:rsidR="00080B23" w:rsidRDefault="00B103A5">
    <w:pPr>
      <w:pStyle w:val="Footer"/>
      <w:pBdr>
        <w:top w:val="single" w:sz="6" w:space="4" w:color="B7B7B7"/>
      </w:pBdr>
      <w:spacing w:before="80"/>
    </w:pPr>
    <w:r>
      <w:rPr>
        <w:b/>
        <w:sz w:val="18"/>
      </w:rPr>
      <w:fldChar w:fldCharType="begin"/>
    </w:r>
    <w:r>
      <w:rPr>
        <w:b/>
        <w:sz w:val="18"/>
      </w:rPr>
      <w:instrText>HYPERLINK "mailto:jen@jenbuckspeaks.com"</w:instrText>
    </w:r>
    <w:r>
      <w:rPr>
        <w:b/>
        <w:sz w:val="18"/>
      </w:rPr>
      <w:fldChar w:fldCharType="separate"/>
    </w:r>
    <w:r w:rsidRPr="003968E0">
      <w:rPr>
        <w:rStyle w:val="Hyperlink"/>
        <w:b/>
        <w:sz w:val="18"/>
      </w:rPr>
      <w:t>jen@jenbuckspeaks.com</w:t>
    </w:r>
    <w:r>
      <w:rPr>
        <w:b/>
        <w:sz w:val="18"/>
      </w:rPr>
      <w:fldChar w:fldCharType="end"/>
    </w:r>
    <w:r>
      <w:rPr>
        <w:b/>
        <w:sz w:val="18"/>
      </w:rPr>
      <w:t xml:space="preserve">               </w:t>
    </w:r>
    <w:r w:rsidR="00000000">
      <w:rPr>
        <w:b/>
        <w:sz w:val="18"/>
      </w:rPr>
      <w:t xml:space="preserve">   |  </w:t>
    </w:r>
    <w:r>
      <w:rPr>
        <w:b/>
        <w:sz w:val="18"/>
      </w:rPr>
      <w:t xml:space="preserve">               </w:t>
    </w:r>
    <w:r w:rsidR="00000000">
      <w:rPr>
        <w:b/>
        <w:sz w:val="18"/>
      </w:rPr>
      <w:t xml:space="preserve"> jenbuckspeaks.com</w:t>
    </w:r>
    <w:r>
      <w:rPr>
        <w:b/>
        <w:sz w:val="18"/>
      </w:rPr>
      <w:t xml:space="preserve">               </w:t>
    </w:r>
    <w:r w:rsidR="00000000">
      <w:rPr>
        <w:b/>
        <w:sz w:val="18"/>
      </w:rPr>
      <w:t xml:space="preserve">   | </w:t>
    </w:r>
    <w:r>
      <w:rPr>
        <w:b/>
        <w:sz w:val="18"/>
      </w:rPr>
      <w:t xml:space="preserve">               </w:t>
    </w:r>
    <w:r w:rsidR="00000000">
      <w:rPr>
        <w:b/>
        <w:sz w:val="18"/>
      </w:rPr>
      <w:t xml:space="preserve">  310-200-7567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9EFFA" w14:textId="77777777" w:rsidR="00F02AC4" w:rsidRDefault="00F02AC4">
      <w:pPr>
        <w:spacing w:after="0" w:line="240" w:lineRule="auto"/>
      </w:pPr>
      <w:r>
        <w:separator/>
      </w:r>
    </w:p>
  </w:footnote>
  <w:footnote w:type="continuationSeparator" w:id="0">
    <w:p w14:paraId="3A47523D" w14:textId="77777777" w:rsidR="00F02AC4" w:rsidRDefault="00F0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537525">
    <w:abstractNumId w:val="8"/>
  </w:num>
  <w:num w:numId="2" w16cid:durableId="1980528770">
    <w:abstractNumId w:val="6"/>
  </w:num>
  <w:num w:numId="3" w16cid:durableId="128522781">
    <w:abstractNumId w:val="5"/>
  </w:num>
  <w:num w:numId="4" w16cid:durableId="867451675">
    <w:abstractNumId w:val="4"/>
  </w:num>
  <w:num w:numId="5" w16cid:durableId="1638995467">
    <w:abstractNumId w:val="7"/>
  </w:num>
  <w:num w:numId="6" w16cid:durableId="1074427507">
    <w:abstractNumId w:val="3"/>
  </w:num>
  <w:num w:numId="7" w16cid:durableId="873809439">
    <w:abstractNumId w:val="2"/>
  </w:num>
  <w:num w:numId="8" w16cid:durableId="2082480390">
    <w:abstractNumId w:val="1"/>
  </w:num>
  <w:num w:numId="9" w16cid:durableId="973634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B23"/>
    <w:rsid w:val="0015074B"/>
    <w:rsid w:val="0029639D"/>
    <w:rsid w:val="00326F90"/>
    <w:rsid w:val="00AA1D8D"/>
    <w:rsid w:val="00B103A5"/>
    <w:rsid w:val="00B47730"/>
    <w:rsid w:val="00CB0664"/>
    <w:rsid w:val="00F02AC4"/>
    <w:rsid w:val="00F872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D8386C"/>
  <w14:defaultImageDpi w14:val="300"/>
  <w15:docId w15:val="{2FA8CC96-DF79-8245-B3A8-FA82039A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03A5"/>
    <w:rPr>
      <w:color w:val="0000FF" w:themeColor="hyperlink"/>
      <w:u w:val="single"/>
    </w:rPr>
  </w:style>
  <w:style w:type="character" w:styleId="UnresolvedMention">
    <w:name w:val="Unresolved Mention"/>
    <w:basedOn w:val="DefaultParagraphFont"/>
    <w:uiPriority w:val="99"/>
    <w:semiHidden/>
    <w:unhideWhenUsed/>
    <w:rsid w:val="00B103A5"/>
    <w:rPr>
      <w:color w:val="605E5C"/>
      <w:shd w:val="clear" w:color="auto" w:fill="E1DFDD"/>
    </w:rPr>
  </w:style>
  <w:style w:type="character" w:styleId="FollowedHyperlink">
    <w:name w:val="FollowedHyperlink"/>
    <w:basedOn w:val="DefaultParagraphFont"/>
    <w:uiPriority w:val="99"/>
    <w:semiHidden/>
    <w:unhideWhenUsed/>
    <w:rsid w:val="00B103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Harper</cp:lastModifiedBy>
  <cp:revision>2</cp:revision>
  <dcterms:created xsi:type="dcterms:W3CDTF">2013-12-23T23:15:00Z</dcterms:created>
  <dcterms:modified xsi:type="dcterms:W3CDTF">2026-09-06T16:30:00Z</dcterms:modified>
  <cp:category/>
</cp:coreProperties>
</file>